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CFAF6"/>
  <w:body>
    <w:p>
      <w:pPr>
        <w:pStyle w:val="Title"/>
      </w:pPr>
      <w:r>
        <w:t>Editable Wedding Inquiry Response Templates</w:t>
      </w:r>
    </w:p>
    <w:p>
      <w:pPr/>
      <w:r>
        <w:t>Replace every [placeholder] with a true detail from your venue. Delete any sentence that does not describe how you work. Add nothing that you are not prepared to honor. Each template is short on purpose, so it can be read on a phone.</w:t>
      </w:r>
    </w:p>
    <w:p>
      <w:pPr>
        <w:pStyle w:val="Heading1"/>
        <w:keepNext/>
        <w:keepLines/>
      </w:pPr>
      <w:r>
        <w:t>Template 1: Initial inquiry reply</w:t>
      </w:r>
    </w:p>
    <w:p>
      <w:pPr>
        <w:keepNext/>
        <w:keepLines/>
      </w:pPr>
      <w:r>
        <w:t>Subject: Re: [couple's subject line, or "Your wedding inquiry at [venue name]"]</w:t>
      </w:r>
    </w:p>
    <w:p>
      <w:pPr>
        <w:keepNext/>
        <w:keepLines/>
      </w:pPr>
      <w:r>
        <w:t>Hi [name or names],</w:t>
      </w:r>
    </w:p>
    <w:p>
      <w:pPr>
        <w:keepNext/>
        <w:keepLines/>
      </w:pPr>
      <w:r>
        <w:t>Thank you for writing to [venue name]. Congratulations on your engagement.</w:t>
      </w:r>
    </w:p>
    <w:p>
      <w:pPr>
        <w:keepNext/>
        <w:keepLines/>
      </w:pPr>
      <w:r>
        <w:t>[Answer each question they asked, in the order they asked it.]</w:t>
      </w:r>
    </w:p>
    <w:p>
      <w:pPr>
        <w:keepNext/>
        <w:keepLines/>
      </w:pPr>
      <w:r>
        <w:t>I would love to show you the space. Here are tour times that are open right now: [open tour time 1], [open tour time 2], [open tour time 3]. Tours last about [tour length] and are led by [name].</w:t>
      </w:r>
    </w:p>
    <w:p>
      <w:pPr>
        <w:keepNext/>
        <w:keepLines/>
      </w:pPr>
      <w:r>
        <w:t>One thing that would help me: [one question, such as "roughly how many guests are you hoping to invite?"].</w:t>
      </w:r>
    </w:p>
    <w:p>
      <w:pPr>
        <w:keepNext/>
        <w:keepLines/>
      </w:pPr>
      <w:r>
        <w:t>Warmly,</w:t>
      </w:r>
    </w:p>
    <w:p>
      <w:pPr>
        <w:keepNext/>
        <w:keepLines/>
      </w:pPr>
      <w:r>
        <w:t>[Your name], [title], [venue name]</w:t>
      </w:r>
    </w:p>
    <w:p>
      <w:pPr>
        <w:keepNext w:val="0"/>
        <w:keepLines/>
      </w:pPr>
      <w:r>
        <w:t>[How to reach you in this channel]</w:t>
      </w:r>
    </w:p>
    <w:p>
      <w:pPr>
        <w:pStyle w:val="Heading1"/>
        <w:keepNext/>
        <w:keepLines/>
      </w:pPr>
      <w:r>
        <w:t>Template 2: Pricing answer</w:t>
      </w:r>
    </w:p>
    <w:p>
      <w:pPr>
        <w:keepNext/>
        <w:keepLines/>
      </w:pPr>
      <w:r>
        <w:t>Hi [name],</w:t>
      </w:r>
    </w:p>
    <w:p>
      <w:pPr>
        <w:keepNext/>
        <w:keepLines/>
      </w:pPr>
      <w:r>
        <w:t>Here is how pricing works at [venue name] for a [day of week or season] date with about [guest count] guests.</w:t>
      </w:r>
    </w:p>
    <w:p>
      <w:pPr>
        <w:pStyle w:val="ListBullet"/>
        <w:keepNext/>
        <w:keepLines/>
      </w:pPr>
      <w:r>
        <w:t>Venue fee: [amount], which includes [list inclusions].</w:t>
      </w:r>
    </w:p>
    <w:p>
      <w:pPr>
        <w:pStyle w:val="ListBullet"/>
        <w:keepNext/>
        <w:keepLines/>
      </w:pPr>
      <w:r>
        <w:t>Not included: [list exclusions].</w:t>
      </w:r>
    </w:p>
    <w:p>
      <w:pPr>
        <w:pStyle w:val="ListBullet"/>
        <w:keepNext/>
        <w:keepLines/>
      </w:pPr>
      <w:r>
        <w:t>Food and beverage minimum: [amount, or "none"].</w:t>
      </w:r>
    </w:p>
    <w:p>
      <w:pPr>
        <w:pStyle w:val="ListBullet"/>
        <w:keepNext/>
        <w:keepLines/>
      </w:pPr>
      <w:r>
        <w:t>Taxes and service charges: [what applies and how they are calculated].</w:t>
      </w:r>
    </w:p>
    <w:p>
      <w:pPr>
        <w:pStyle w:val="ListBullet"/>
        <w:keepNext/>
        <w:keepLines/>
      </w:pPr>
      <w:r>
        <w:t>Other fees: [list any, or "none that I am aware of for this date"].</w:t>
      </w:r>
    </w:p>
    <w:p>
      <w:pPr>
        <w:keepNext/>
        <w:keepLines/>
      </w:pPr>
      <w:r>
        <w:t>Prices change with [what changes them, such as date, season or guest count], so if your plans move, tell me and I will update the numbers.</w:t>
      </w:r>
    </w:p>
    <w:p>
      <w:pPr>
        <w:keepNext/>
        <w:keepLines/>
      </w:pPr>
      <w:r>
        <w:t>[Optional: "The best way to see what fits is to walk the space. Would you like to tour?" followed by open times, as in Template 5.]</w:t>
      </w:r>
    </w:p>
    <w:p>
      <w:pPr>
        <w:keepNext w:val="0"/>
        <w:keepLines/>
      </w:pPr>
      <w:r>
        <w:t>[Your name]</w:t>
      </w:r>
    </w:p>
    <w:p>
      <w:pPr>
        <w:pStyle w:val="Heading1"/>
        <w:keepNext/>
        <w:keepLines/>
        <w:pageBreakBefore/>
      </w:pPr>
      <w:r>
        <w:t>Template 3: Exact-date availability, date looks open</w:t>
      </w:r>
    </w:p>
    <w:p>
      <w:pPr>
        <w:keepNext/>
        <w:keepLines/>
      </w:pPr>
      <w:r>
        <w:t>Hi [name],</w:t>
      </w:r>
    </w:p>
    <w:p>
      <w:pPr>
        <w:keepNext/>
        <w:keepLines/>
      </w:pPr>
      <w:r>
        <w:t>Good news: [date] looks open on our calendar right now.</w:t>
      </w:r>
    </w:p>
    <w:p>
      <w:pPr>
        <w:keepNext/>
        <w:keepLines/>
      </w:pPr>
      <w:r>
        <w:t>To be clear about what that means, [describe your actual process, for example "we confirm dates in writing once [step], and I am not able to hold a date before then"].</w:t>
      </w:r>
    </w:p>
    <w:p>
      <w:pPr>
        <w:keepNext/>
        <w:keepLines/>
      </w:pPr>
      <w:r>
        <w:t>Seeing the venue is a separate step. Tour times are listed below, and you do not need to choose one to keep talking with me.</w:t>
      </w:r>
    </w:p>
    <w:p>
      <w:pPr>
        <w:keepNext/>
        <w:keepLines/>
      </w:pPr>
      <w:r>
        <w:t>[Open tour times, or "I will send tour times as soon as I have them."]</w:t>
      </w:r>
    </w:p>
    <w:p>
      <w:pPr>
        <w:keepNext w:val="0"/>
        <w:keepLines/>
      </w:pPr>
      <w:r>
        <w:t>[Your name]</w:t>
      </w:r>
    </w:p>
    <w:p>
      <w:pPr>
        <w:pStyle w:val="Heading1"/>
        <w:keepNext/>
        <w:keepLines/>
      </w:pPr>
      <w:r>
        <w:t>Template 4: Exact-date availability, date unavailable</w:t>
      </w:r>
    </w:p>
    <w:p>
      <w:pPr>
        <w:keepNext/>
        <w:keepLines/>
      </w:pPr>
      <w:r>
        <w:t>Hi [name],</w:t>
      </w:r>
    </w:p>
    <w:p>
      <w:pPr>
        <w:keepNext/>
        <w:keepLines/>
      </w:pPr>
      <w:r>
        <w:t>Thank you for asking about [date]. Unfortunately that date is not available at [venue name].</w:t>
      </w:r>
    </w:p>
    <w:p>
      <w:pPr>
        <w:keepNext/>
        <w:keepLines/>
      </w:pPr>
      <w:r>
        <w:t>If it would be helpful, I am happy to share nearby dates that are open. If you would rather keep looking at other venues for your date, I completely understand, and I wish you the best with your planning.</w:t>
      </w:r>
    </w:p>
    <w:p>
      <w:pPr>
        <w:keepNext/>
        <w:keepLines/>
      </w:pPr>
      <w:r>
        <w:t>Just let me know which you prefer.</w:t>
      </w:r>
    </w:p>
    <w:p>
      <w:pPr>
        <w:keepNext/>
        <w:keepLines/>
      </w:pPr>
      <w:r>
        <w:t>[Your name]</w:t>
      </w:r>
    </w:p>
    <w:p>
      <w:pPr>
        <w:keepNext w:val="0"/>
        <w:keepLines/>
      </w:pPr>
      <w:r>
        <w:t>(Offer alternatives only if the couple replies that they want them.)</w:t>
      </w:r>
    </w:p>
    <w:p>
      <w:pPr>
        <w:pStyle w:val="Heading1"/>
        <w:keepNext/>
        <w:keepLines/>
      </w:pPr>
      <w:r>
        <w:t>Template 5: Tour invitation</w:t>
      </w:r>
    </w:p>
    <w:p>
      <w:pPr>
        <w:keepNext/>
        <w:keepLines/>
      </w:pPr>
      <w:r>
        <w:t>Hi [name],</w:t>
      </w:r>
    </w:p>
    <w:p>
      <w:pPr>
        <w:keepNext/>
        <w:keepLines/>
      </w:pPr>
      <w:r>
        <w:t>I would love to have you visit. Here are open tour times:</w:t>
      </w:r>
    </w:p>
    <w:p>
      <w:pPr>
        <w:pStyle w:val="ListBullet"/>
        <w:keepNext/>
        <w:keepLines/>
      </w:pPr>
      <w:r>
        <w:t>[day, date, time]</w:t>
      </w:r>
    </w:p>
    <w:p>
      <w:pPr>
        <w:pStyle w:val="ListBullet"/>
        <w:keepNext/>
        <w:keepLines/>
      </w:pPr>
      <w:r>
        <w:t>[day, date, time]</w:t>
      </w:r>
    </w:p>
    <w:p>
      <w:pPr>
        <w:pStyle w:val="ListBullet"/>
        <w:keepNext/>
        <w:keepLines/>
      </w:pPr>
      <w:r>
        <w:t>[day, date, time]</w:t>
      </w:r>
    </w:p>
    <w:p>
      <w:pPr>
        <w:keepNext/>
        <w:keepLines/>
      </w:pPr>
      <w:r>
        <w:t>Tours take about [tour length]. You will meet [name], and we will walk through [what the tour covers].</w:t>
      </w:r>
    </w:p>
    <w:p>
      <w:pPr>
        <w:keepNext/>
        <w:keepLines/>
      </w:pPr>
      <w:r>
        <w:t>Reply with the time that suits you and I will confirm it in writing. If none of these work, tell me which days and times do, and I will check our tour calendar.</w:t>
      </w:r>
    </w:p>
    <w:p>
      <w:pPr>
        <w:keepNext/>
        <w:keepLines/>
      </w:pPr>
      <w:r>
        <w:t>[Your name]</w:t>
      </w:r>
    </w:p>
    <w:p>
      <w:pPr>
        <w:keepNext/>
        <w:keepLines/>
      </w:pPr>
      <w:r>
        <w:t>If you have no open tour time to offer:</w:t>
      </w:r>
    </w:p>
    <w:p>
      <w:pPr>
        <w:keepNext/>
        <w:keepLines/>
      </w:pPr>
      <w:r>
        <w:t>Hi [name],</w:t>
      </w:r>
    </w:p>
    <w:p>
      <w:pPr>
        <w:keepNext/>
        <w:keepLines/>
      </w:pPr>
      <w:r>
        <w:t>Thank you for your interest in seeing [venue name]. I do not have an open tour time to offer yet. [When you will next have times, or when you will send them.] I will send options as soon as I have them.</w:t>
      </w:r>
    </w:p>
    <w:p>
      <w:pPr>
        <w:keepNext w:val="0"/>
        <w:keepLines/>
      </w:pPr>
      <w:r>
        <w:t>(Use this only if it is true. Never name a time that is not actually available.)</w:t>
      </w:r>
    </w:p>
    <w:p>
      <w:pPr>
        <w:pStyle w:val="Heading1"/>
        <w:keepNext/>
        <w:keepLines/>
        <w:pageBreakBefore/>
      </w:pPr>
      <w:r>
        <w:t>Template 6: First follow-up (about day 2)</w:t>
      </w:r>
    </w:p>
    <w:p>
      <w:pPr>
        <w:keepNext/>
        <w:keepLines/>
      </w:pPr>
      <w:r>
        <w:t>Hi [name],</w:t>
      </w:r>
    </w:p>
    <w:p>
      <w:pPr>
        <w:keepNext/>
        <w:keepLines/>
      </w:pPr>
      <w:r>
        <w:t>I wanted to make the next step easy. If it helps, here is a quick answer to a question couples often ask next: [likely question and its true answer, such as parking, rain plan, vendor access or capacity].</w:t>
      </w:r>
    </w:p>
    <w:p>
      <w:pPr>
        <w:keepNext/>
        <w:keepLines/>
      </w:pPr>
      <w:r>
        <w:t>The open tour times I mentioned are still [available / updated to: new times]. Reply with whichever suits you, or tell me what would work better.</w:t>
      </w:r>
    </w:p>
    <w:p>
      <w:pPr>
        <w:keepNext w:val="0"/>
        <w:keepLines/>
      </w:pPr>
      <w:r>
        <w:t>[Your name]</w:t>
      </w:r>
    </w:p>
    <w:p>
      <w:pPr>
        <w:pStyle w:val="Heading1"/>
        <w:keepNext/>
        <w:keepLines/>
      </w:pPr>
      <w:r>
        <w:t>Template 7: Second follow-up with a useful detail (about day 5)</w:t>
      </w:r>
    </w:p>
    <w:p>
      <w:pPr>
        <w:keepNext/>
        <w:keepLines/>
      </w:pPr>
      <w:r>
        <w:t>Hi [name],</w:t>
      </w:r>
    </w:p>
    <w:p>
      <w:pPr>
        <w:keepNext/>
        <w:keepLines/>
      </w:pPr>
      <w:r>
        <w:t>I thought you might find this useful as you compare venues: [one new, true detail they have not had yet, such as a typical timeline for a day like yours, what is included in a particular package, or how your ceremony and reception spaces connect].</w:t>
      </w:r>
    </w:p>
    <w:p>
      <w:pPr>
        <w:keepNext/>
        <w:keepLines/>
      </w:pPr>
      <w:r>
        <w:t>If it would help to see it in person, I can offer [open tour times]. And if now is not the right time, no pressure at all.</w:t>
      </w:r>
    </w:p>
    <w:p>
      <w:pPr>
        <w:keepNext w:val="0"/>
        <w:keepLines/>
      </w:pPr>
      <w:r>
        <w:t>[Your name]</w:t>
      </w:r>
    </w:p>
    <w:p>
      <w:pPr>
        <w:pStyle w:val="Heading1"/>
        <w:keepNext/>
        <w:keepLines/>
      </w:pPr>
      <w:r>
        <w:t>Template 8: Respectful close-out (about day 10)</w:t>
      </w:r>
    </w:p>
    <w:p>
      <w:pPr>
        <w:keepNext/>
        <w:keepLines/>
      </w:pPr>
      <w:r>
        <w:t>Hi [name],</w:t>
      </w:r>
    </w:p>
    <w:p>
      <w:pPr>
        <w:keepNext/>
        <w:keepLines/>
      </w:pPr>
      <w:r>
        <w:t>I have not heard back, so I will assume the timing is not right and will stop checking in. If that is wrong, just reply and I will pick up exactly where we left off.</w:t>
      </w:r>
    </w:p>
    <w:p>
      <w:pPr>
        <w:keepNext/>
        <w:keepLines/>
      </w:pPr>
      <w:r>
        <w:t>Whatever you decide, I wish you both a wonderful wedding.</w:t>
      </w:r>
    </w:p>
    <w:p>
      <w:pPr>
        <w:keepNext/>
        <w:keepLines/>
      </w:pPr>
      <w:r>
        <w:t>[Your name]</w:t>
      </w:r>
    </w:p>
    <w:p>
      <w:pPr>
        <w:keepNext w:val="0"/>
        <w:keepLines/>
      </w:pPr>
      <w:r>
        <w:t>(After this, archive the inquiry. Do not continue the sequence.)</w:t>
      </w:r>
    </w:p>
    <w:p>
      <w:pPr>
        <w:pStyle w:val="Heading1"/>
        <w:keepNext/>
        <w:keepLines/>
      </w:pPr>
      <w:r>
        <w:t>Template 9: Tour confirmation</w:t>
      </w:r>
    </w:p>
    <w:p>
      <w:pPr>
        <w:keepNext/>
        <w:keepLines/>
      </w:pPr>
      <w:r>
        <w:t>Hi [name],</w:t>
      </w:r>
    </w:p>
    <w:p>
      <w:pPr>
        <w:keepNext/>
        <w:keepLines/>
      </w:pPr>
      <w:r>
        <w:t>Your tour is confirmed for [day, date, time] at [venue name], [address].</w:t>
      </w:r>
    </w:p>
    <w:p>
      <w:pPr>
        <w:pStyle w:val="ListBullet"/>
        <w:keepNext/>
        <w:keepLines/>
      </w:pPr>
      <w:r>
        <w:t>Who you will meet: [name and role]</w:t>
      </w:r>
    </w:p>
    <w:p>
      <w:pPr>
        <w:pStyle w:val="ListBullet"/>
        <w:keepNext/>
        <w:keepLines/>
      </w:pPr>
      <w:r>
        <w:t>How long: about [tour length]</w:t>
      </w:r>
    </w:p>
    <w:p>
      <w:pPr>
        <w:pStyle w:val="ListBullet"/>
        <w:keepNext/>
        <w:keepLines/>
      </w:pPr>
      <w:r>
        <w:t>Where to park and where to meet us: [details]</w:t>
      </w:r>
    </w:p>
    <w:p>
      <w:pPr>
        <w:pStyle w:val="ListBullet"/>
        <w:keepNext/>
        <w:keepLines/>
      </w:pPr>
      <w:r>
        <w:t>Who is welcome: [your actual guidance, or delete]</w:t>
      </w:r>
    </w:p>
    <w:p>
      <w:pPr>
        <w:pStyle w:val="ListBullet"/>
        <w:keepNext/>
        <w:keepLines/>
      </w:pPr>
      <w:r>
        <w:t>If anything changes: reply here or contact [contact in the same channel] and we will find another time.</w:t>
      </w:r>
    </w:p>
    <w:p>
      <w:pPr>
        <w:keepNext/>
        <w:keepLines/>
      </w:pPr>
      <w:r>
        <w:t>We are looking forward to meeting you.</w:t>
      </w:r>
    </w:p>
    <w:p>
      <w:pPr>
        <w:keepNext w:val="0"/>
        <w:keepLines/>
      </w:pPr>
      <w:r>
        <w:t>[Your name]</w:t>
      </w:r>
    </w:p>
    <w:p>
      <w:pPr>
        <w:pStyle w:val="Heading1"/>
        <w:keepNext/>
        <w:keepLines/>
        <w:pageBreakBefore/>
      </w:pPr>
      <w:r>
        <w:t>Template 10: Reschedule and no-show</w:t>
      </w:r>
    </w:p>
    <w:p>
      <w:pPr>
        <w:keepNext/>
        <w:keepLines/>
      </w:pPr>
      <w:r>
        <w:t>Reschedule request</w:t>
      </w:r>
    </w:p>
    <w:p>
      <w:pPr>
        <w:keepNext/>
        <w:keepLines/>
      </w:pPr>
      <w:r>
        <w:t>Hi [name],</w:t>
      </w:r>
    </w:p>
    <w:p>
      <w:pPr>
        <w:keepNext/>
        <w:keepLines/>
      </w:pPr>
      <w:r>
        <w:t>Of course, let's find another time. Here are open tour times: [open time 1], [open time 2], [open time 3]. Reply with the one that suits you and I will confirm it.</w:t>
      </w:r>
    </w:p>
    <w:p>
      <w:pPr>
        <w:keepNext/>
        <w:keepLines/>
      </w:pPr>
      <w:r>
        <w:t>[Your name]</w:t>
      </w:r>
    </w:p>
    <w:p>
      <w:pPr>
        <w:keepNext/>
        <w:keepLines/>
      </w:pPr>
      <w:r>
        <w:t>Missed tour</w:t>
      </w:r>
    </w:p>
    <w:p>
      <w:pPr>
        <w:keepNext/>
        <w:keepLines/>
      </w:pPr>
      <w:r>
        <w:t>Hi [name],</w:t>
      </w:r>
    </w:p>
    <w:p>
      <w:pPr>
        <w:keepNext/>
        <w:keepLines/>
      </w:pPr>
      <w:r>
        <w:t>We missed you today and hope everything is all right. If you would still like to see [venue name], here are open times: [open time 1], [open time 2].</w:t>
      </w:r>
    </w:p>
    <w:p>
      <w:pPr>
        <w:keepNext/>
        <w:keepLines/>
      </w:pPr>
      <w:r>
        <w:t>And if your plans have changed, that is completely fine. Just let me know, and I will close this out on my end.</w:t>
      </w:r>
    </w:p>
    <w:p>
      <w:pPr>
        <w:keepNext/>
        <w:keepLines/>
      </w:pPr>
      <w:r>
        <w:t>[Your name]</w:t>
      </w:r>
    </w:p>
    <w:p>
      <w:pPr>
        <w:keepNext/>
        <w:keepLines/>
      </w:pPr>
      <w:r>
        <w:t>(Record the outcome as Rescheduled or No-show in your tracker, as applicable. Send one note, and apply the decision rules above before any further follow-up.)</w:t>
      </w:r>
    </w:p>
    <w:p>
      <w:pPr>
        <w:keepNext/>
        <w:keepLines/>
      </w:pPr>
      <w:r>
        <w:t>Source: https://bookwithaila.com/resources/venue-inquiry-to-tour-kit</w:t>
      </w:r>
    </w:p>
    <w:p>
      <w:pPr>
        <w:keepNext w:val="0"/>
        <w:keepLines/>
      </w:pPr>
      <w:r>
        <w:t>Version: October 27, 2026 · Version 1.1</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Venue Inquiry-to-Tour Kit · Version 1.1 · October 27,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JetBrains Mono" w:hAnsi="JetBrains Mono"/>
        <w:color w:val="7A736E"/>
        <w:sz w:val="16"/>
      </w:rPr>
      <w:t>AILA · SALES ASSISTANT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Inter" w:hAnsi="Inter"/>
      <w:color w:val="474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ormorant Garamond" w:hAnsi="Cormorant Garamond"/>
      <w:b/>
      <w:bCs/>
      <w:color w:val="201914"/>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ormorant Garamond" w:hAnsi="Cormorant Garamond"/>
      <w:b/>
      <w:bCs/>
      <w:color w:val="201914"/>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ormorant Garamond" w:hAnsi="Cormorant Garamond"/>
      <w:b/>
      <w:bCs/>
      <w:color w:val="20191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ormorant Garamond" w:hAnsi="Cormorant Garamond"/>
      <w:color w:val="201914"/>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Editable Wedding Inquiry Response Templates</dc:title>
  <dc:subject>Ten editable response templates; replace venue placeholders locally.</dc:subject>
  <dc:creator>AILA by X Labs LLC</dc:creator>
  <cp:keywords/>
  <dc:description>generated by python-docx</dc:description>
  <cp:lastModifiedBy/>
  <cp:revision>1</cp:revision>
  <dcterms:created xsi:type="dcterms:W3CDTF">2013-12-23T23:15:00Z</dcterms:created>
  <dcterms:modified xsi:type="dcterms:W3CDTF">2013-12-23T23:15:00Z</dcterms:modified>
  <cp:category/>
  <cp:version>1.1</cp:version>
</cp:coreProperties>
</file>